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1C63B" w14:textId="77777777" w:rsidR="00A2375D" w:rsidRPr="00457DA4" w:rsidRDefault="00000000" w:rsidP="000D052C">
      <w:pPr>
        <w:spacing w:after="80" w:line="320" w:lineRule="exact"/>
        <w:rPr>
          <w:rFonts w:ascii="BIZ UDPゴシック" w:eastAsia="BIZ UDPゴシック" w:hAnsi="BIZ UDPゴシック"/>
          <w:lang w:eastAsia="ja-JP"/>
        </w:rPr>
      </w:pPr>
      <w:r w:rsidRPr="00457DA4">
        <w:rPr>
          <w:rFonts w:ascii="BIZ UDPゴシック" w:eastAsia="BIZ UDPゴシック" w:hAnsi="BIZ UDPゴシック"/>
          <w:b/>
          <w:sz w:val="24"/>
          <w:lang w:eastAsia="ja-JP"/>
        </w:rPr>
        <w:t>（様式２） 商品情報</w:t>
      </w:r>
    </w:p>
    <w:p w14:paraId="49955472" w14:textId="62BE034D" w:rsidR="00457DA4" w:rsidRPr="00457DA4" w:rsidRDefault="00000000" w:rsidP="000D052C">
      <w:pPr>
        <w:spacing w:after="80" w:line="200" w:lineRule="exact"/>
        <w:rPr>
          <w:rFonts w:ascii="BIZ UDPゴシック" w:eastAsia="BIZ UDPゴシック" w:hAnsi="BIZ UDPゴシック" w:hint="eastAsia"/>
          <w:szCs w:val="24"/>
          <w:lang w:eastAsia="ja-JP"/>
        </w:rPr>
      </w:pPr>
      <w:r w:rsidRPr="00457DA4">
        <w:rPr>
          <w:rFonts w:ascii="BIZ UDPゴシック" w:eastAsia="BIZ UDPゴシック" w:hAnsi="BIZ UDPゴシック"/>
          <w:szCs w:val="24"/>
          <w:lang w:eastAsia="ja-JP"/>
        </w:rPr>
        <w:t>※商品が複数の場合は、商品ごとに本様式をご提出ください。</w:t>
      </w:r>
      <w:r w:rsidR="00457DA4" w:rsidRPr="00457DA4">
        <w:rPr>
          <w:rFonts w:ascii="BIZ UDPゴシック" w:eastAsia="BIZ UDPゴシック" w:hAnsi="BIZ UDPゴシック"/>
          <w:szCs w:val="24"/>
          <w:lang w:eastAsia="ja-JP"/>
        </w:rPr>
        <w:t>この用紙をコピーしてご利用いただくか、ＨＰほっと石川旅ねっと「インフォメーション」から「様式２」をご利用ください。</w:t>
      </w:r>
    </w:p>
    <w:tbl>
      <w:tblPr>
        <w:tblStyle w:val="afe"/>
        <w:tblW w:w="10522" w:type="dxa"/>
        <w:jc w:val="center"/>
        <w:tblLayout w:type="fixed"/>
        <w:tblLook w:val="04A0" w:firstRow="1" w:lastRow="0" w:firstColumn="1" w:lastColumn="0" w:noHBand="0" w:noVBand="1"/>
      </w:tblPr>
      <w:tblGrid>
        <w:gridCol w:w="2334"/>
        <w:gridCol w:w="2580"/>
        <w:gridCol w:w="5608"/>
      </w:tblGrid>
      <w:tr w:rsidR="00457DA4" w:rsidRPr="00457DA4" w14:paraId="43ABF030" w14:textId="77777777" w:rsidTr="000D052C">
        <w:trPr>
          <w:jc w:val="center"/>
        </w:trPr>
        <w:tc>
          <w:tcPr>
            <w:tcW w:w="10522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79253F6" w14:textId="61B9BD75" w:rsidR="00457DA4" w:rsidRPr="00572975" w:rsidRDefault="00457DA4" w:rsidP="000D052C">
            <w:pPr>
              <w:spacing w:before="60" w:after="60"/>
              <w:ind w:firstLineChars="100" w:firstLine="220"/>
              <w:rPr>
                <w:rFonts w:ascii="BIZ UDPゴシック" w:eastAsia="BIZ UDPゴシック" w:hAnsi="BIZ UDPゴシック"/>
                <w:b/>
                <w:bCs/>
                <w:sz w:val="22"/>
                <w:szCs w:val="36"/>
                <w:lang w:eastAsia="ja-JP"/>
              </w:rPr>
            </w:pPr>
            <w:r w:rsidRPr="00572975">
              <w:rPr>
                <w:rFonts w:ascii="BIZ UDPゴシック" w:eastAsia="BIZ UDPゴシック" w:hAnsi="BIZ UDPゴシック" w:hint="eastAsia"/>
                <w:b/>
                <w:bCs/>
                <w:sz w:val="22"/>
                <w:szCs w:val="36"/>
                <w:lang w:eastAsia="ja-JP"/>
              </w:rPr>
              <w:t xml:space="preserve">□商品返却希望　　</w:t>
            </w:r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  <w:lang w:eastAsia="ja-JP"/>
              </w:rPr>
              <w:t>（菓子・食品は返却できない場合があります）</w:t>
            </w:r>
          </w:p>
        </w:tc>
      </w:tr>
      <w:tr w:rsidR="00A2375D" w:rsidRPr="00457DA4" w14:paraId="70D7ACD5" w14:textId="77777777" w:rsidTr="000D052C">
        <w:trPr>
          <w:jc w:val="center"/>
        </w:trPr>
        <w:tc>
          <w:tcPr>
            <w:tcW w:w="4914" w:type="dxa"/>
            <w:gridSpan w:val="2"/>
            <w:tcBorders>
              <w:left w:val="single" w:sz="24" w:space="0" w:color="auto"/>
            </w:tcBorders>
            <w:vAlign w:val="center"/>
          </w:tcPr>
          <w:p w14:paraId="75DF5058" w14:textId="03290F0C" w:rsidR="00A2375D" w:rsidRPr="00457DA4" w:rsidRDefault="00457DA4" w:rsidP="000D052C">
            <w:pPr>
              <w:spacing w:before="60" w:after="60"/>
              <w:ind w:firstLineChars="100" w:firstLine="210"/>
              <w:rPr>
                <w:rFonts w:ascii="BIZ UDPゴシック" w:eastAsia="BIZ UDPゴシック" w:hAnsi="BIZ UDPゴシック" w:hint="eastAsia"/>
                <w:b/>
                <w:bCs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 xml:space="preserve">□ </w:t>
            </w: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新規</w:t>
            </w:r>
            <w:proofErr w:type="spellEnd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 xml:space="preserve">　</w:t>
            </w:r>
            <w:r w:rsidR="000D052C">
              <w:rPr>
                <w:rFonts w:ascii="BIZ UDPゴシック" w:eastAsia="BIZ UDPゴシック" w:hAnsi="BIZ UDPゴシック" w:hint="eastAsia"/>
                <w:b/>
                <w:bCs/>
                <w:sz w:val="21"/>
                <w:szCs w:val="32"/>
                <w:lang w:eastAsia="ja-JP"/>
              </w:rPr>
              <w:t xml:space="preserve">　　　　　　</w:t>
            </w:r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 xml:space="preserve">□ </w:t>
            </w: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更新</w:t>
            </w:r>
            <w:proofErr w:type="spellEnd"/>
          </w:p>
        </w:tc>
        <w:tc>
          <w:tcPr>
            <w:tcW w:w="5608" w:type="dxa"/>
            <w:tcBorders>
              <w:right w:val="single" w:sz="24" w:space="0" w:color="auto"/>
            </w:tcBorders>
            <w:vAlign w:val="center"/>
          </w:tcPr>
          <w:p w14:paraId="131A3E60" w14:textId="645CB7F5" w:rsidR="00A2375D" w:rsidRPr="00572975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</w:pPr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 xml:space="preserve">　　　□ </w:t>
            </w:r>
            <w:proofErr w:type="spellStart"/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>菓子</w:t>
            </w:r>
            <w:proofErr w:type="spellEnd"/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 xml:space="preserve">　</w:t>
            </w:r>
            <w:r w:rsidR="00572975" w:rsidRPr="00572975">
              <w:rPr>
                <w:rFonts w:ascii="BIZ UDPゴシック" w:eastAsia="BIZ UDPゴシック" w:hAnsi="BIZ UDPゴシック" w:hint="eastAsia"/>
                <w:b/>
                <w:bCs/>
                <w:sz w:val="22"/>
                <w:szCs w:val="36"/>
                <w:lang w:eastAsia="ja-JP"/>
              </w:rPr>
              <w:t xml:space="preserve">　　　　</w:t>
            </w:r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 xml:space="preserve">□ </w:t>
            </w:r>
            <w:proofErr w:type="spellStart"/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>食品</w:t>
            </w:r>
            <w:proofErr w:type="spellEnd"/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 xml:space="preserve">　</w:t>
            </w:r>
            <w:r w:rsidR="00572975" w:rsidRPr="00572975">
              <w:rPr>
                <w:rFonts w:ascii="BIZ UDPゴシック" w:eastAsia="BIZ UDPゴシック" w:hAnsi="BIZ UDPゴシック" w:hint="eastAsia"/>
                <w:b/>
                <w:bCs/>
                <w:sz w:val="22"/>
                <w:szCs w:val="36"/>
                <w:lang w:eastAsia="ja-JP"/>
              </w:rPr>
              <w:t xml:space="preserve">　　　</w:t>
            </w:r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 xml:space="preserve">□ </w:t>
            </w:r>
            <w:proofErr w:type="spellStart"/>
            <w:r w:rsidRPr="00572975">
              <w:rPr>
                <w:rFonts w:ascii="BIZ UDPゴシック" w:eastAsia="BIZ UDPゴシック" w:hAnsi="BIZ UDPゴシック"/>
                <w:b/>
                <w:bCs/>
                <w:sz w:val="22"/>
                <w:szCs w:val="36"/>
              </w:rPr>
              <w:t>民芸品</w:t>
            </w:r>
            <w:proofErr w:type="spellEnd"/>
          </w:p>
        </w:tc>
      </w:tr>
      <w:tr w:rsidR="00A2375D" w:rsidRPr="00457DA4" w14:paraId="685245B5" w14:textId="77777777" w:rsidTr="000D052C">
        <w:trPr>
          <w:trHeight w:val="794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1D0E5DEB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ふりがな／商品名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4B35C1A2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sz w:val="21"/>
                <w:szCs w:val="32"/>
              </w:rPr>
              <w:t>ふりがな</w:t>
            </w:r>
            <w:proofErr w:type="spellEnd"/>
            <w:r w:rsidRPr="00457DA4">
              <w:rPr>
                <w:rFonts w:ascii="BIZ UDPゴシック" w:eastAsia="BIZ UDPゴシック" w:hAnsi="BIZ UDPゴシック"/>
                <w:sz w:val="21"/>
                <w:szCs w:val="32"/>
              </w:rPr>
              <w:t>：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</w:rPr>
              <w:br/>
            </w:r>
            <w:proofErr w:type="spellStart"/>
            <w:r w:rsidRPr="00457DA4">
              <w:rPr>
                <w:rFonts w:ascii="BIZ UDPゴシック" w:eastAsia="BIZ UDPゴシック" w:hAnsi="BIZ UDPゴシック"/>
                <w:sz w:val="21"/>
                <w:szCs w:val="32"/>
              </w:rPr>
              <w:t>商品名</w:t>
            </w:r>
            <w:proofErr w:type="spellEnd"/>
            <w:r w:rsidRPr="00457DA4">
              <w:rPr>
                <w:rFonts w:ascii="BIZ UDPゴシック" w:eastAsia="BIZ UDPゴシック" w:hAnsi="BIZ UDPゴシック"/>
                <w:sz w:val="21"/>
                <w:szCs w:val="32"/>
              </w:rPr>
              <w:t>：</w:t>
            </w:r>
          </w:p>
        </w:tc>
      </w:tr>
      <w:tr w:rsidR="00A2375D" w:rsidRPr="00457DA4" w14:paraId="25C33DC1" w14:textId="77777777" w:rsidTr="000D052C">
        <w:trPr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37491323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販売価格（税込</w:t>
            </w:r>
            <w:proofErr w:type="spellEnd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）</w:t>
            </w:r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096FEC27" w14:textId="3321543C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 xml:space="preserve">　　　　　　　　　　　　</w:t>
            </w:r>
            <w:r w:rsidR="00457DA4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 xml:space="preserve">　　　　　　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円</w:t>
            </w:r>
            <w:r w:rsidR="00457DA4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>（消費税を含む）</w:t>
            </w:r>
          </w:p>
        </w:tc>
      </w:tr>
      <w:tr w:rsidR="00A2375D" w:rsidRPr="00457DA4" w14:paraId="389C2F0F" w14:textId="77777777" w:rsidTr="000D052C">
        <w:trPr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4E24E7AF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内容量・入数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78D904DB" w14:textId="77777777" w:rsidR="00A2375D" w:rsidRPr="00457DA4" w:rsidRDefault="00A2375D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</w:rPr>
            </w:pPr>
          </w:p>
        </w:tc>
      </w:tr>
      <w:tr w:rsidR="00A2375D" w:rsidRPr="00457DA4" w14:paraId="442102F8" w14:textId="77777777" w:rsidTr="000D052C">
        <w:trPr>
          <w:trHeight w:val="454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5AC622B2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販売場所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7E2DF51B" w14:textId="77777777" w:rsidR="00A2375D" w:rsidRPr="00457DA4" w:rsidRDefault="00A2375D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</w:rPr>
            </w:pPr>
          </w:p>
        </w:tc>
      </w:tr>
      <w:tr w:rsidR="00A2375D" w:rsidRPr="00457DA4" w14:paraId="0ECA4362" w14:textId="77777777" w:rsidTr="000D052C">
        <w:trPr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417BCF2B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通信販売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12A042DC" w14:textId="5EDB36F1" w:rsid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□ 自社オンラインショップ</w:t>
            </w:r>
          </w:p>
          <w:p w14:paraId="34BC8F83" w14:textId="17553D6E" w:rsidR="00457DA4" w:rsidRPr="00457DA4" w:rsidRDefault="00457DA4">
            <w:pPr>
              <w:spacing w:before="60" w:after="60"/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 xml:space="preserve">□ 無　</w:t>
            </w:r>
          </w:p>
          <w:p w14:paraId="45C76DC0" w14:textId="4F8E69CB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 xml:space="preserve">□ その他（　　　　　　</w:t>
            </w:r>
            <w:r w:rsidR="00457DA4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 xml:space="preserve">　　　　　　　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 xml:space="preserve">　</w:t>
            </w:r>
            <w:r w:rsidR="00457DA4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 xml:space="preserve">　　　　　　　　　　　　　　　　　　　　　　　　　　　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 xml:space="preserve">　　）</w:t>
            </w:r>
          </w:p>
        </w:tc>
      </w:tr>
      <w:tr w:rsidR="00A2375D" w:rsidRPr="00457DA4" w14:paraId="2FB86BC0" w14:textId="77777777" w:rsidTr="000D052C">
        <w:trPr>
          <w:trHeight w:val="1587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0087B7E9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商品PR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7CBA0D66" w14:textId="19D899DF" w:rsidR="000D052C" w:rsidRDefault="00000000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【新規</w:t>
            </w:r>
            <w:r w:rsidR="000D052C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>の商品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】</w:t>
            </w:r>
            <w:r w:rsidR="000D052C" w:rsidRPr="00700E3F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審査会資料やパンフレット等に掲載します。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（</w:t>
            </w:r>
            <w:r w:rsidR="000D052C" w:rsidRPr="00700E3F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最大50文字程度</w:t>
            </w:r>
            <w:r w:rsidR="000D052C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>）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  <w:t>【更新</w:t>
            </w:r>
            <w:r w:rsidR="000D052C">
              <w:rPr>
                <w:rFonts w:ascii="BIZ UDPゴシック" w:eastAsia="BIZ UDPゴシック" w:hAnsi="BIZ UDPゴシック" w:hint="eastAsia"/>
                <w:sz w:val="21"/>
                <w:szCs w:val="32"/>
                <w:lang w:eastAsia="ja-JP"/>
              </w:rPr>
              <w:t>の商品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】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現在パンフレットに掲載されている文面に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u w:val="single"/>
                <w:lang w:eastAsia="ja-JP"/>
              </w:rPr>
              <w:t>修正や</w:t>
            </w:r>
            <w:r w:rsidR="000D052C" w:rsidRPr="00AE3C19">
              <w:rPr>
                <w:rFonts w:ascii="BIZ UDPゴシック" w:eastAsia="BIZ UDPゴシック" w:hAnsi="BIZ UDPゴシック" w:cs="メイリオ" w:hint="eastAsia"/>
                <w:b/>
                <w:szCs w:val="18"/>
                <w:u w:val="single"/>
                <w:lang w:eastAsia="ja-JP"/>
              </w:rPr>
              <w:t>変更がない場合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u w:val="single"/>
                <w:lang w:eastAsia="ja-JP"/>
              </w:rPr>
              <w:t>は、</w:t>
            </w:r>
            <w:r w:rsidR="000D052C" w:rsidRPr="0063530E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こちらの欄は</w:t>
            </w:r>
            <w:r w:rsidR="000D052C" w:rsidRPr="0063530E">
              <w:rPr>
                <w:rFonts w:ascii="BIZ UDPゴシック" w:eastAsia="BIZ UDPゴシック" w:hAnsi="BIZ UDPゴシック" w:cs="メイリオ" w:hint="eastAsia"/>
                <w:b/>
                <w:szCs w:val="18"/>
                <w:u w:val="single"/>
                <w:lang w:eastAsia="ja-JP"/>
              </w:rPr>
              <w:t>「記入不要」</w:t>
            </w:r>
            <w:r w:rsidR="000D052C" w:rsidRPr="0063530E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です。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修正のある場合はこちら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に加え</w:t>
            </w:r>
            <w:r w:rsidR="000D052C">
              <w:rPr>
                <w:rFonts w:ascii="BIZ UDPゴシック" w:eastAsia="BIZ UDPゴシック" w:hAnsi="BIZ UDPゴシック" w:cs="メイリオ" w:hint="eastAsia"/>
                <w:b/>
                <w:szCs w:val="18"/>
                <w:lang w:eastAsia="ja-JP"/>
              </w:rPr>
              <w:t>「パンフレット校正原稿」にもご記入ください。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</w:r>
          </w:p>
          <w:p w14:paraId="21065093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680AAD46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1419F93E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7361C860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71A706AF" w14:textId="2FD9740A" w:rsidR="00A2375D" w:rsidRPr="00457DA4" w:rsidRDefault="00A2375D">
            <w:pPr>
              <w:spacing w:before="60" w:after="60"/>
              <w:rPr>
                <w:rFonts w:ascii="BIZ UDPゴシック" w:eastAsia="BIZ UDPゴシック" w:hAnsi="BIZ UDPゴシック" w:hint="eastAsia"/>
                <w:sz w:val="22"/>
                <w:szCs w:val="32"/>
                <w:lang w:eastAsia="ja-JP"/>
              </w:rPr>
            </w:pPr>
          </w:p>
        </w:tc>
      </w:tr>
      <w:tr w:rsidR="00A2375D" w:rsidRPr="00457DA4" w14:paraId="38080865" w14:textId="77777777" w:rsidTr="000D052C">
        <w:trPr>
          <w:trHeight w:val="1644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510A73A6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  <w:lang w:eastAsia="ja-JP"/>
              </w:rPr>
              <w:t>インバウンド対応に関する取組</w:t>
            </w:r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014BDA42" w14:textId="77777777" w:rsidR="000D052C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1"/>
                <w:szCs w:val="32"/>
                <w:lang w:eastAsia="ja-JP"/>
              </w:rPr>
            </w:pPr>
            <w:r w:rsidRPr="000D052C">
              <w:rPr>
                <w:rFonts w:ascii="BIZ UDPゴシック" w:eastAsia="BIZ UDPゴシック" w:hAnsi="BIZ UDPゴシック"/>
                <w:b/>
                <w:bCs/>
                <w:spacing w:val="-20"/>
                <w:kern w:val="16"/>
                <w:szCs w:val="24"/>
                <w:lang w:eastAsia="ja-JP"/>
              </w:rPr>
              <w:t>訪日外国人旅行者を意識した商品開発、PR・販売方法等で工夫していることがあればご記入ください。</w:t>
            </w:r>
            <w:r w:rsidRPr="000D052C">
              <w:rPr>
                <w:rFonts w:ascii="BIZ UDPゴシック" w:eastAsia="BIZ UDPゴシック" w:hAnsi="BIZ UDPゴシック"/>
                <w:b/>
                <w:bCs/>
                <w:szCs w:val="24"/>
                <w:lang w:eastAsia="ja-JP"/>
              </w:rPr>
              <w:br/>
              <w:t>（例：外国語表記、外国語での情報発信、海外向</w:t>
            </w:r>
            <w:r w:rsidR="000D052C">
              <w:rPr>
                <w:rFonts w:ascii="BIZ UDPゴシック" w:eastAsia="BIZ UDPゴシック" w:hAnsi="BIZ UDPゴシック" w:hint="eastAsia"/>
                <w:b/>
                <w:bCs/>
                <w:szCs w:val="24"/>
                <w:lang w:eastAsia="ja-JP"/>
              </w:rPr>
              <w:t>け</w:t>
            </w:r>
            <w:r w:rsidRPr="000D052C">
              <w:rPr>
                <w:rFonts w:ascii="BIZ UDPゴシック" w:eastAsia="BIZ UDPゴシック" w:hAnsi="BIZ UDPゴシック"/>
                <w:b/>
                <w:bCs/>
                <w:szCs w:val="24"/>
                <w:lang w:eastAsia="ja-JP"/>
              </w:rPr>
              <w:t>販路開拓、旅行者の嗜好に合わせた商品開発等）</w:t>
            </w:r>
            <w:r w:rsidRPr="000D052C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  <w:lang w:eastAsia="ja-JP"/>
              </w:rPr>
              <w:br/>
            </w:r>
          </w:p>
          <w:p w14:paraId="1EFA93E7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 w:hint="eastAsia"/>
                <w:b/>
                <w:bCs/>
                <w:sz w:val="21"/>
                <w:szCs w:val="32"/>
                <w:lang w:eastAsia="ja-JP"/>
              </w:rPr>
            </w:pPr>
          </w:p>
          <w:p w14:paraId="19038B69" w14:textId="5600BB11" w:rsidR="00A2375D" w:rsidRPr="000D052C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  <w:lang w:eastAsia="ja-JP"/>
              </w:rPr>
            </w:pPr>
            <w:r w:rsidRPr="000D052C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  <w:lang w:eastAsia="ja-JP"/>
              </w:rPr>
              <w:br/>
              <w:t xml:space="preserve">　　　　　　　　　　　　　　　　　　　　　　　　　　　　　　　　</w:t>
            </w:r>
          </w:p>
        </w:tc>
      </w:tr>
      <w:tr w:rsidR="00A2375D" w:rsidRPr="00457DA4" w14:paraId="3059E275" w14:textId="77777777" w:rsidTr="000D052C">
        <w:trPr>
          <w:trHeight w:val="680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2736EEF3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  <w:lang w:eastAsia="ja-JP"/>
              </w:rPr>
              <w:t>石川県産原材料の使用</w:t>
            </w:r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0179951B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この商品は石川県産の原材料を使用していますか？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  <w:t>□ いいえ　□ はい（原材料名：　　　　　　　　　　　　　　　　　　　）</w:t>
            </w:r>
          </w:p>
        </w:tc>
      </w:tr>
      <w:tr w:rsidR="00A2375D" w:rsidRPr="00457DA4" w14:paraId="28B0F70F" w14:textId="77777777" w:rsidTr="000D052C">
        <w:trPr>
          <w:trHeight w:val="567"/>
          <w:jc w:val="center"/>
        </w:trPr>
        <w:tc>
          <w:tcPr>
            <w:tcW w:w="2334" w:type="dxa"/>
            <w:tcBorders>
              <w:left w:val="single" w:sz="24" w:space="0" w:color="auto"/>
            </w:tcBorders>
            <w:shd w:val="clear" w:color="auto" w:fill="F0F3F6"/>
            <w:vAlign w:val="center"/>
          </w:tcPr>
          <w:p w14:paraId="03517E72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b/>
                <w:bCs/>
                <w:sz w:val="22"/>
                <w:szCs w:val="32"/>
              </w:rPr>
            </w:pPr>
            <w:proofErr w:type="spellStart"/>
            <w:r w:rsidRPr="00457DA4">
              <w:rPr>
                <w:rFonts w:ascii="BIZ UDPゴシック" w:eastAsia="BIZ UDPゴシック" w:hAnsi="BIZ UDPゴシック"/>
                <w:b/>
                <w:bCs/>
                <w:sz w:val="21"/>
                <w:szCs w:val="32"/>
              </w:rPr>
              <w:t>食品表示の確認</w:t>
            </w:r>
            <w:proofErr w:type="spellEnd"/>
          </w:p>
        </w:tc>
        <w:tc>
          <w:tcPr>
            <w:tcW w:w="8188" w:type="dxa"/>
            <w:gridSpan w:val="2"/>
            <w:tcBorders>
              <w:right w:val="single" w:sz="24" w:space="0" w:color="auto"/>
            </w:tcBorders>
            <w:vAlign w:val="center"/>
          </w:tcPr>
          <w:p w14:paraId="686C9585" w14:textId="77777777" w:rsidR="00A2375D" w:rsidRPr="00457DA4" w:rsidRDefault="00000000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t>「菓子」「食品」は、食品表示・栄養成分表示を下の欄に貼付してください。</w:t>
            </w: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  <w:t>収まらない場合は、別紙に貼付して同封してください。</w:t>
            </w:r>
          </w:p>
        </w:tc>
      </w:tr>
      <w:tr w:rsidR="00A2375D" w:rsidRPr="00457DA4" w14:paraId="0EDAEE7C" w14:textId="77777777" w:rsidTr="000D052C">
        <w:trPr>
          <w:trHeight w:val="2041"/>
          <w:jc w:val="center"/>
        </w:trPr>
        <w:tc>
          <w:tcPr>
            <w:tcW w:w="233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0F3F6"/>
          </w:tcPr>
          <w:p w14:paraId="1B6F6D7B" w14:textId="77777777" w:rsidR="000D052C" w:rsidRPr="000D052C" w:rsidRDefault="000D052C" w:rsidP="000D052C">
            <w:pPr>
              <w:spacing w:before="60" w:after="60"/>
              <w:jc w:val="both"/>
              <w:rPr>
                <w:rFonts w:ascii="BIZ UDPゴシック" w:eastAsia="BIZ UDPゴシック" w:hAnsi="BIZ UDPゴシック"/>
                <w:b/>
                <w:bCs/>
                <w:spacing w:val="-20"/>
                <w:sz w:val="22"/>
                <w:szCs w:val="32"/>
                <w:lang w:eastAsia="ja-JP"/>
              </w:rPr>
            </w:pPr>
            <w:r w:rsidRPr="000D052C">
              <w:rPr>
                <w:rFonts w:ascii="BIZ UDPゴシック" w:eastAsia="BIZ UDPゴシック" w:hAnsi="BIZ UDPゴシック" w:hint="eastAsia"/>
                <w:b/>
                <w:bCs/>
                <w:spacing w:val="-20"/>
                <w:sz w:val="22"/>
                <w:szCs w:val="32"/>
                <w:lang w:eastAsia="ja-JP"/>
              </w:rPr>
              <w:t>食品表示の確認</w:t>
            </w:r>
          </w:p>
          <w:p w14:paraId="2802C42E" w14:textId="6E4D719B" w:rsidR="000D052C" w:rsidRPr="000D052C" w:rsidRDefault="000D052C" w:rsidP="000D052C">
            <w:pPr>
              <w:spacing w:before="60" w:after="60"/>
              <w:jc w:val="both"/>
              <w:rPr>
                <w:rFonts w:ascii="BIZ UDPゴシック" w:eastAsia="BIZ UDPゴシック" w:hAnsi="BIZ UDPゴシック" w:hint="eastAsia"/>
                <w:spacing w:val="-20"/>
                <w:sz w:val="22"/>
                <w:szCs w:val="32"/>
                <w:lang w:eastAsia="ja-JP"/>
              </w:rPr>
            </w:pPr>
            <w:r w:rsidRPr="000D052C">
              <w:rPr>
                <w:rFonts w:ascii="BIZ UDPゴシック" w:eastAsia="BIZ UDPゴシック" w:hAnsi="BIZ UDPゴシック"/>
                <w:spacing w:val="-20"/>
                <w:sz w:val="22"/>
                <w:szCs w:val="32"/>
                <w:lang w:eastAsia="ja-JP"/>
              </w:rPr>
              <w:drawing>
                <wp:inline distT="0" distB="0" distL="0" distR="0" wp14:anchorId="2C0C298B" wp14:editId="6F66360F">
                  <wp:extent cx="1095555" cy="2109726"/>
                  <wp:effectExtent l="0" t="0" r="9525" b="5080"/>
                  <wp:docPr id="117956650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56650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949" cy="2112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  <w:gridSpan w:val="2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8ACB27C" w14:textId="77777777" w:rsidR="000D052C" w:rsidRDefault="000D052C" w:rsidP="000D052C">
            <w:pPr>
              <w:tabs>
                <w:tab w:val="center" w:pos="3790"/>
                <w:tab w:val="left" w:pos="6946"/>
                <w:tab w:val="right" w:pos="7580"/>
              </w:tabs>
              <w:adjustRightInd w:val="0"/>
              <w:snapToGrid w:val="0"/>
              <w:spacing w:beforeLines="50" w:before="120" w:line="228" w:lineRule="auto"/>
              <w:jc w:val="center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1EF216FD" w14:textId="77777777" w:rsidR="000D052C" w:rsidRDefault="000D052C" w:rsidP="000D052C">
            <w:pPr>
              <w:tabs>
                <w:tab w:val="center" w:pos="3790"/>
                <w:tab w:val="left" w:pos="6946"/>
                <w:tab w:val="right" w:pos="7580"/>
              </w:tabs>
              <w:adjustRightInd w:val="0"/>
              <w:snapToGrid w:val="0"/>
              <w:spacing w:beforeLines="50" w:before="120" w:line="228" w:lineRule="auto"/>
              <w:jc w:val="center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1D906CC9" w14:textId="4448264C" w:rsidR="000D052C" w:rsidRPr="001B5A8B" w:rsidRDefault="00000000" w:rsidP="000D052C">
            <w:pPr>
              <w:tabs>
                <w:tab w:val="center" w:pos="3790"/>
                <w:tab w:val="left" w:pos="6946"/>
                <w:tab w:val="right" w:pos="7580"/>
              </w:tabs>
              <w:adjustRightInd w:val="0"/>
              <w:snapToGrid w:val="0"/>
              <w:spacing w:beforeLines="50" w:before="120" w:line="228" w:lineRule="auto"/>
              <w:jc w:val="center"/>
              <w:rPr>
                <w:rFonts w:ascii="BIZ UDPゴシック" w:eastAsia="BIZ UDPゴシック" w:hAnsi="BIZ UDPゴシック" w:cs="メイリオ"/>
                <w:b/>
                <w:sz w:val="36"/>
                <w:bdr w:val="single" w:sz="4" w:space="0" w:color="auto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</w:r>
            <w:r w:rsidR="000D052C" w:rsidRPr="001B5A8B">
              <w:rPr>
                <w:rFonts w:ascii="BIZ UDPゴシック" w:eastAsia="BIZ UDPゴシック" w:hAnsi="BIZ UDPゴシック" w:cs="メイリオ" w:hint="eastAsia"/>
                <w:b/>
                <w:sz w:val="36"/>
                <w:bdr w:val="single" w:sz="4" w:space="0" w:color="auto"/>
                <w:lang w:eastAsia="ja-JP"/>
              </w:rPr>
              <w:t>食品表示 貼り付け欄</w:t>
            </w:r>
          </w:p>
          <w:p w14:paraId="48AA1ED4" w14:textId="77777777" w:rsidR="000D052C" w:rsidRPr="001B5A8B" w:rsidRDefault="000D052C" w:rsidP="000D052C">
            <w:pPr>
              <w:widowControl w:val="0"/>
              <w:tabs>
                <w:tab w:val="left" w:pos="6946"/>
              </w:tabs>
              <w:adjustRightInd w:val="0"/>
              <w:snapToGrid w:val="0"/>
              <w:spacing w:line="192" w:lineRule="auto"/>
              <w:jc w:val="center"/>
              <w:rPr>
                <w:rFonts w:ascii="BIZ UDPゴシック" w:eastAsia="BIZ UDPゴシック" w:hAnsi="BIZ UDPゴシック" w:cs="メイリオ"/>
                <w:b/>
                <w:sz w:val="21"/>
                <w:szCs w:val="20"/>
                <w:lang w:eastAsia="ja-JP"/>
              </w:rPr>
            </w:pPr>
            <w:r w:rsidRPr="001B5A8B">
              <w:rPr>
                <w:rFonts w:ascii="BIZ UDPゴシック" w:eastAsia="BIZ UDPゴシック" w:hAnsi="BIZ UDPゴシック" w:cs="メイリオ" w:hint="eastAsia"/>
                <w:b/>
                <w:sz w:val="21"/>
                <w:lang w:eastAsia="ja-JP"/>
              </w:rPr>
              <w:t>※「</w:t>
            </w:r>
            <w:r w:rsidRPr="001B5A8B">
              <w:rPr>
                <w:rFonts w:ascii="BIZ UDPゴシック" w:eastAsia="BIZ UDPゴシック" w:hAnsi="BIZ UDPゴシック" w:cs="メイリオ" w:hint="eastAsia"/>
                <w:b/>
                <w:sz w:val="21"/>
                <w:szCs w:val="20"/>
                <w:lang w:eastAsia="ja-JP"/>
              </w:rPr>
              <w:t>菓子」「食品」は食品表示、栄養成分表示を貼ってください。</w:t>
            </w:r>
          </w:p>
          <w:p w14:paraId="416D939E" w14:textId="77777777" w:rsidR="000D052C" w:rsidRPr="001B5A8B" w:rsidRDefault="000D052C" w:rsidP="000D052C">
            <w:pPr>
              <w:tabs>
                <w:tab w:val="center" w:pos="3790"/>
                <w:tab w:val="left" w:pos="6946"/>
                <w:tab w:val="right" w:pos="7580"/>
              </w:tabs>
              <w:adjustRightInd w:val="0"/>
              <w:snapToGrid w:val="0"/>
              <w:spacing w:line="228" w:lineRule="auto"/>
              <w:jc w:val="center"/>
              <w:rPr>
                <w:rFonts w:ascii="BIZ UDPゴシック" w:eastAsia="BIZ UDPゴシック" w:hAnsi="BIZ UDPゴシック" w:cs="メイリオ"/>
                <w:b/>
                <w:sz w:val="21"/>
                <w:u w:val="double"/>
                <w:lang w:eastAsia="ja-JP"/>
              </w:rPr>
            </w:pPr>
            <w:r w:rsidRPr="001B5A8B">
              <w:rPr>
                <w:rFonts w:ascii="BIZ UDPゴシック" w:eastAsia="BIZ UDPゴシック" w:hAnsi="BIZ UDPゴシック" w:cs="メイリオ" w:hint="eastAsia"/>
                <w:b/>
                <w:sz w:val="21"/>
                <w:u w:val="double"/>
                <w:lang w:eastAsia="ja-JP"/>
              </w:rPr>
              <w:t>この欄で貼れない場合は別紙に貼り、同封も可</w:t>
            </w:r>
          </w:p>
          <w:p w14:paraId="23C4DDC1" w14:textId="77777777" w:rsidR="000D052C" w:rsidRPr="001B5A8B" w:rsidRDefault="000D052C" w:rsidP="000D052C">
            <w:pPr>
              <w:tabs>
                <w:tab w:val="center" w:pos="3790"/>
                <w:tab w:val="left" w:pos="6946"/>
                <w:tab w:val="right" w:pos="7580"/>
              </w:tabs>
              <w:adjustRightInd w:val="0"/>
              <w:snapToGrid w:val="0"/>
              <w:spacing w:beforeLines="50" w:before="120" w:line="228" w:lineRule="auto"/>
              <w:rPr>
                <w:rFonts w:ascii="BIZ UDPゴシック" w:eastAsia="BIZ UDPゴシック" w:hAnsi="BIZ UDPゴシック" w:cs="メイリオ"/>
                <w:sz w:val="22"/>
                <w:lang w:eastAsia="ja-JP"/>
              </w:rPr>
            </w:pPr>
          </w:p>
          <w:p w14:paraId="24AB704D" w14:textId="527C0848" w:rsidR="000D052C" w:rsidRDefault="00000000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  <w:r w:rsidRPr="00457DA4"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  <w:br/>
            </w:r>
          </w:p>
          <w:p w14:paraId="79563A29" w14:textId="77777777" w:rsid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7AC97A1B" w14:textId="77777777" w:rsidR="000D052C" w:rsidRPr="000D052C" w:rsidRDefault="000D052C">
            <w:pPr>
              <w:spacing w:before="60" w:after="60"/>
              <w:rPr>
                <w:rFonts w:ascii="BIZ UDPゴシック" w:eastAsia="BIZ UDPゴシック" w:hAnsi="BIZ UDPゴシック"/>
                <w:sz w:val="21"/>
                <w:szCs w:val="32"/>
                <w:lang w:eastAsia="ja-JP"/>
              </w:rPr>
            </w:pPr>
          </w:p>
          <w:p w14:paraId="0D2CE85D" w14:textId="598A8C12" w:rsidR="00A2375D" w:rsidRPr="00457DA4" w:rsidRDefault="00A2375D">
            <w:pPr>
              <w:spacing w:before="60" w:after="60"/>
              <w:rPr>
                <w:rFonts w:ascii="BIZ UDPゴシック" w:eastAsia="BIZ UDPゴシック" w:hAnsi="BIZ UDPゴシック"/>
                <w:sz w:val="22"/>
                <w:szCs w:val="32"/>
                <w:lang w:eastAsia="ja-JP"/>
              </w:rPr>
            </w:pPr>
          </w:p>
        </w:tc>
      </w:tr>
    </w:tbl>
    <w:p w14:paraId="7FFBD572" w14:textId="4C8E57D0" w:rsidR="00A2375D" w:rsidRPr="00457DA4" w:rsidRDefault="00000000">
      <w:pPr>
        <w:spacing w:after="80"/>
        <w:rPr>
          <w:rFonts w:ascii="BIZ UDPゴシック" w:eastAsia="BIZ UDPゴシック" w:hAnsi="BIZ UDPゴシック" w:hint="eastAsia"/>
          <w:sz w:val="22"/>
          <w:szCs w:val="32"/>
          <w:lang w:eastAsia="ja-JP"/>
        </w:rPr>
      </w:pPr>
      <w:r w:rsidRPr="00457DA4">
        <w:rPr>
          <w:rFonts w:ascii="BIZ UDPゴシック" w:eastAsia="BIZ UDPゴシック" w:hAnsi="BIZ UDPゴシック"/>
          <w:sz w:val="21"/>
          <w:szCs w:val="32"/>
          <w:lang w:eastAsia="ja-JP"/>
        </w:rPr>
        <w:t>※太枠内</w:t>
      </w:r>
      <w:r w:rsidR="000D052C">
        <w:rPr>
          <w:rFonts w:ascii="BIZ UDPゴシック" w:eastAsia="BIZ UDPゴシック" w:hAnsi="BIZ UDPゴシック" w:hint="eastAsia"/>
          <w:sz w:val="21"/>
          <w:szCs w:val="32"/>
          <w:lang w:eastAsia="ja-JP"/>
        </w:rPr>
        <w:t>のご記入、該当する□にチェックをお願いいたします。</w:t>
      </w:r>
    </w:p>
    <w:sectPr w:rsidR="00A2375D" w:rsidRPr="00457DA4" w:rsidSect="00034616">
      <w:pgSz w:w="11906" w:h="16838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1788496">
    <w:abstractNumId w:val="8"/>
  </w:num>
  <w:num w:numId="2" w16cid:durableId="1468281499">
    <w:abstractNumId w:val="6"/>
  </w:num>
  <w:num w:numId="3" w16cid:durableId="961031241">
    <w:abstractNumId w:val="5"/>
  </w:num>
  <w:num w:numId="4" w16cid:durableId="1663048229">
    <w:abstractNumId w:val="4"/>
  </w:num>
  <w:num w:numId="5" w16cid:durableId="1057437116">
    <w:abstractNumId w:val="7"/>
  </w:num>
  <w:num w:numId="6" w16cid:durableId="1919242488">
    <w:abstractNumId w:val="3"/>
  </w:num>
  <w:num w:numId="7" w16cid:durableId="1682245176">
    <w:abstractNumId w:val="2"/>
  </w:num>
  <w:num w:numId="8" w16cid:durableId="654795241">
    <w:abstractNumId w:val="1"/>
  </w:num>
  <w:num w:numId="9" w16cid:durableId="637564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2C"/>
    <w:rsid w:val="0015074B"/>
    <w:rsid w:val="0029639D"/>
    <w:rsid w:val="00326F90"/>
    <w:rsid w:val="003C045E"/>
    <w:rsid w:val="00457DA4"/>
    <w:rsid w:val="00572975"/>
    <w:rsid w:val="00A2375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D82E0"/>
  <w14:defaultImageDpi w14:val="300"/>
  <w15:docId w15:val="{8CF2209E-42F6-4D7C-A9E3-BD969253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游ゴシック" w:hAnsi="游ゴシック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増田　 百絵里</cp:lastModifiedBy>
  <cp:revision>2</cp:revision>
  <cp:lastPrinted>2026-10-22T11:53:00Z</cp:lastPrinted>
  <dcterms:created xsi:type="dcterms:W3CDTF">2013-12-23T23:15:00Z</dcterms:created>
  <dcterms:modified xsi:type="dcterms:W3CDTF">2026-10-22T11:53:00Z</dcterms:modified>
  <cp:category/>
</cp:coreProperties>
</file>